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2F508" w14:textId="77777777" w:rsidR="004855EF" w:rsidRDefault="004855EF">
      <w:pPr>
        <w:pStyle w:val="Title"/>
      </w:pPr>
      <w:r w:rsidRPr="000C002E">
        <w:t xml:space="preserve">BOLU 2026 </w:t>
      </w:r>
    </w:p>
    <w:p w14:paraId="03FE359E" w14:textId="49C7CBD1" w:rsidR="0021777C" w:rsidRPr="000C002E" w:rsidRDefault="004855EF">
      <w:pPr>
        <w:pStyle w:val="Title"/>
      </w:pPr>
      <w:r>
        <w:t xml:space="preserve">VETERAN </w:t>
      </w:r>
      <w:r w:rsidRPr="000C002E">
        <w:t>MASA TENİSİ TURNUVASI</w:t>
      </w:r>
    </w:p>
    <w:p w14:paraId="4A5B9FA1" w14:textId="5685E69A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Turnuva</w:t>
      </w:r>
      <w:proofErr w:type="spellEnd"/>
      <w:r w:rsidRPr="00AA17FF">
        <w:rPr>
          <w:rFonts w:asciiTheme="minorHAnsi" w:hAnsiTheme="minorHAnsi" w:cstheme="majorHAnsi"/>
          <w:sz w:val="24"/>
          <w:szCs w:val="24"/>
        </w:rPr>
        <w:t xml:space="preserve"> </w:t>
      </w:r>
      <w:proofErr w:type="spellStart"/>
      <w:r w:rsidRPr="00AA17FF">
        <w:rPr>
          <w:rFonts w:asciiTheme="minorHAnsi" w:hAnsiTheme="minorHAnsi" w:cstheme="majorHAnsi"/>
          <w:sz w:val="24"/>
          <w:szCs w:val="24"/>
        </w:rPr>
        <w:t>Tarihi</w:t>
      </w:r>
      <w:proofErr w:type="spellEnd"/>
    </w:p>
    <w:p w14:paraId="3807B24D" w14:textId="77777777" w:rsidR="0021777C" w:rsidRPr="00AA17FF" w:rsidRDefault="004855EF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>6 – 7 Haziran 2026</w:t>
      </w:r>
    </w:p>
    <w:p w14:paraId="1A4FFA42" w14:textId="04053319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Turnuva</w:t>
      </w:r>
      <w:proofErr w:type="spellEnd"/>
      <w:r w:rsidRPr="00AA17FF">
        <w:rPr>
          <w:rFonts w:asciiTheme="minorHAnsi" w:hAnsiTheme="minorHAnsi" w:cstheme="majorHAnsi"/>
          <w:sz w:val="24"/>
          <w:szCs w:val="24"/>
        </w:rPr>
        <w:t xml:space="preserve"> </w:t>
      </w:r>
      <w:proofErr w:type="spellStart"/>
      <w:r w:rsidRPr="00AA17FF">
        <w:rPr>
          <w:rFonts w:asciiTheme="minorHAnsi" w:hAnsiTheme="minorHAnsi" w:cstheme="majorHAnsi"/>
          <w:sz w:val="24"/>
          <w:szCs w:val="24"/>
        </w:rPr>
        <w:t>Yeri</w:t>
      </w:r>
      <w:proofErr w:type="spellEnd"/>
    </w:p>
    <w:p w14:paraId="094077FE" w14:textId="77777777" w:rsidR="0021777C" w:rsidRPr="00AA17FF" w:rsidRDefault="004855EF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>Karaçayır 3000 Kişilik Spor Salonu / Bolu</w:t>
      </w:r>
    </w:p>
    <w:p w14:paraId="0947FFBA" w14:textId="042E337E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Katılım</w:t>
      </w:r>
      <w:proofErr w:type="spellEnd"/>
    </w:p>
    <w:p w14:paraId="2A2A3BBE" w14:textId="1E925F87" w:rsidR="0021777C" w:rsidRPr="00AA17FF" w:rsidRDefault="004855EF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 xml:space="preserve">- </w:t>
      </w:r>
      <w:proofErr w:type="spellStart"/>
      <w:r w:rsidRPr="00AA17FF">
        <w:rPr>
          <w:rFonts w:cstheme="majorHAnsi"/>
          <w:sz w:val="20"/>
          <w:szCs w:val="20"/>
        </w:rPr>
        <w:t>Turnuva</w:t>
      </w:r>
      <w:proofErr w:type="spellEnd"/>
      <w:r w:rsidRPr="00AA17FF">
        <w:rPr>
          <w:rFonts w:cstheme="majorHAnsi"/>
          <w:sz w:val="20"/>
          <w:szCs w:val="20"/>
        </w:rPr>
        <w:t xml:space="preserve">, </w:t>
      </w:r>
      <w:r w:rsidR="00F75107">
        <w:rPr>
          <w:rFonts w:cstheme="majorHAnsi"/>
          <w:sz w:val="20"/>
          <w:szCs w:val="20"/>
        </w:rPr>
        <w:t>18</w:t>
      </w:r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yaş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ve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üzeri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sporculara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açıktır</w:t>
      </w:r>
      <w:proofErr w:type="spellEnd"/>
      <w:r w:rsidRPr="00AA17FF">
        <w:rPr>
          <w:rFonts w:cstheme="majorHAnsi"/>
          <w:sz w:val="20"/>
          <w:szCs w:val="20"/>
        </w:rPr>
        <w:t>.</w:t>
      </w:r>
      <w:r w:rsidRPr="00AA17FF">
        <w:rPr>
          <w:rFonts w:cstheme="majorHAnsi"/>
          <w:sz w:val="20"/>
          <w:szCs w:val="20"/>
        </w:rPr>
        <w:br/>
        <w:t>- Yarışmacılar, turnuva süresince oluşabilecek sağlık problemlerinden kendileri sorumludur.</w:t>
      </w:r>
    </w:p>
    <w:p w14:paraId="3142B234" w14:textId="514FF9C7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Katılım</w:t>
      </w:r>
      <w:proofErr w:type="spellEnd"/>
      <w:r w:rsidRPr="00AA17FF">
        <w:rPr>
          <w:rFonts w:asciiTheme="minorHAnsi" w:hAnsiTheme="minorHAnsi" w:cstheme="majorHAnsi"/>
          <w:sz w:val="24"/>
          <w:szCs w:val="24"/>
        </w:rPr>
        <w:t xml:space="preserve"> </w:t>
      </w:r>
      <w:proofErr w:type="spellStart"/>
      <w:r w:rsidRPr="00AA17FF">
        <w:rPr>
          <w:rFonts w:asciiTheme="minorHAnsi" w:hAnsiTheme="minorHAnsi" w:cstheme="majorHAnsi"/>
          <w:sz w:val="24"/>
          <w:szCs w:val="24"/>
        </w:rPr>
        <w:t>Ücreti</w:t>
      </w:r>
      <w:proofErr w:type="spellEnd"/>
    </w:p>
    <w:p w14:paraId="66BB47FC" w14:textId="22DF28AE" w:rsidR="0021777C" w:rsidRPr="00AA17FF" w:rsidRDefault="000C002E">
      <w:pPr>
        <w:rPr>
          <w:rFonts w:cstheme="majorHAnsi"/>
          <w:sz w:val="20"/>
          <w:szCs w:val="20"/>
        </w:rPr>
      </w:pPr>
      <w:proofErr w:type="spellStart"/>
      <w:r w:rsidRPr="00AA17FF">
        <w:rPr>
          <w:rFonts w:cstheme="majorHAnsi"/>
          <w:sz w:val="20"/>
          <w:szCs w:val="20"/>
        </w:rPr>
        <w:t>Erkek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yarışmacı</w:t>
      </w:r>
      <w:proofErr w:type="spellEnd"/>
      <w:r w:rsidRPr="00AA17FF">
        <w:rPr>
          <w:rFonts w:cstheme="majorHAnsi"/>
          <w:sz w:val="20"/>
          <w:szCs w:val="20"/>
        </w:rPr>
        <w:t xml:space="preserve">: </w:t>
      </w:r>
      <w:r w:rsidR="004855EF" w:rsidRPr="00AA17FF">
        <w:rPr>
          <w:rFonts w:cstheme="majorHAnsi"/>
          <w:sz w:val="20"/>
          <w:szCs w:val="20"/>
        </w:rPr>
        <w:t>2000 TL</w:t>
      </w:r>
    </w:p>
    <w:p w14:paraId="6628702D" w14:textId="71CC0EFF" w:rsidR="000C002E" w:rsidRPr="00AA17FF" w:rsidRDefault="000C002E">
      <w:pPr>
        <w:rPr>
          <w:rFonts w:cstheme="majorHAnsi"/>
          <w:sz w:val="20"/>
          <w:szCs w:val="20"/>
        </w:rPr>
      </w:pPr>
      <w:proofErr w:type="spellStart"/>
      <w:r w:rsidRPr="00AA17FF">
        <w:rPr>
          <w:rFonts w:cstheme="majorHAnsi"/>
          <w:sz w:val="20"/>
          <w:szCs w:val="20"/>
        </w:rPr>
        <w:t>Kadın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yarışmacı</w:t>
      </w:r>
      <w:proofErr w:type="spellEnd"/>
      <w:r w:rsidRPr="00AA17FF">
        <w:rPr>
          <w:rFonts w:cstheme="majorHAnsi"/>
          <w:sz w:val="20"/>
          <w:szCs w:val="20"/>
        </w:rPr>
        <w:t>: 1750 TL</w:t>
      </w:r>
    </w:p>
    <w:p w14:paraId="39C5793F" w14:textId="77777777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r w:rsidRPr="00AA17FF">
        <w:rPr>
          <w:rFonts w:asciiTheme="minorHAnsi" w:hAnsiTheme="minorHAnsi" w:cstheme="majorHAnsi"/>
          <w:sz w:val="24"/>
          <w:szCs w:val="24"/>
        </w:rPr>
        <w:t>Banka Bilgileri</w:t>
      </w:r>
    </w:p>
    <w:p w14:paraId="67C93289" w14:textId="77777777" w:rsidR="0021777C" w:rsidRPr="00AA17FF" w:rsidRDefault="004855EF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>Banka: ING Bank</w:t>
      </w:r>
      <w:r w:rsidRPr="00AA17FF">
        <w:rPr>
          <w:rFonts w:cstheme="majorHAnsi"/>
          <w:sz w:val="20"/>
          <w:szCs w:val="20"/>
        </w:rPr>
        <w:br/>
        <w:t>Hesap Adı: İstanbul Veteran Masa Tenisçileri Spor Kulübü</w:t>
      </w:r>
      <w:r w:rsidRPr="00AA17FF">
        <w:rPr>
          <w:rFonts w:cstheme="majorHAnsi"/>
          <w:sz w:val="20"/>
          <w:szCs w:val="20"/>
        </w:rPr>
        <w:br/>
        <w:t>IBAN: TR04 0009 9013 1716 7700 1000 02</w:t>
      </w:r>
      <w:r w:rsidRPr="00AA17FF">
        <w:rPr>
          <w:rFonts w:cstheme="majorHAnsi"/>
          <w:sz w:val="20"/>
          <w:szCs w:val="20"/>
        </w:rPr>
        <w:br/>
        <w:t>Not: Açıklama kısmına “BAĞIŞ” yazılması gerekmektedir.</w:t>
      </w:r>
    </w:p>
    <w:p w14:paraId="2CA4AB01" w14:textId="61BE75ED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Kategoriler</w:t>
      </w:r>
      <w:proofErr w:type="spellEnd"/>
    </w:p>
    <w:p w14:paraId="44411B28" w14:textId="47B6C7BB" w:rsidR="0021777C" w:rsidRPr="00AA17FF" w:rsidRDefault="007213F5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 xml:space="preserve">40 </w:t>
      </w:r>
      <w:proofErr w:type="spellStart"/>
      <w:r w:rsidRPr="00AA17FF">
        <w:rPr>
          <w:rFonts w:cstheme="majorHAnsi"/>
          <w:sz w:val="20"/>
          <w:szCs w:val="20"/>
        </w:rPr>
        <w:t>yaş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altı</w:t>
      </w:r>
      <w:proofErr w:type="spellEnd"/>
      <w:r w:rsidR="004855EF" w:rsidRPr="00AA17FF">
        <w:rPr>
          <w:rFonts w:cstheme="majorHAnsi"/>
          <w:sz w:val="20"/>
          <w:szCs w:val="20"/>
        </w:rPr>
        <w:t>, 40–49, 50–59, 60–64, 65–69, 70–74 ve 75 yaş üzeri</w:t>
      </w:r>
      <w:r w:rsidR="004855EF" w:rsidRPr="00AA17FF">
        <w:rPr>
          <w:rFonts w:cstheme="majorHAnsi"/>
          <w:sz w:val="20"/>
          <w:szCs w:val="20"/>
        </w:rPr>
        <w:br/>
        <w:t>Tek Erkekler, Tek Kadınlar, Çift Erkekler, Çift Kadınlar ve Karışık Çiftler</w:t>
      </w:r>
    </w:p>
    <w:p w14:paraId="10BBA68D" w14:textId="62BEEB26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Yarışma</w:t>
      </w:r>
      <w:proofErr w:type="spellEnd"/>
      <w:r w:rsidRPr="00AA17FF">
        <w:rPr>
          <w:rFonts w:asciiTheme="minorHAnsi" w:hAnsiTheme="minorHAnsi" w:cstheme="majorHAnsi"/>
          <w:sz w:val="24"/>
          <w:szCs w:val="24"/>
        </w:rPr>
        <w:t xml:space="preserve"> </w:t>
      </w:r>
      <w:proofErr w:type="spellStart"/>
      <w:r w:rsidRPr="00AA17FF">
        <w:rPr>
          <w:rFonts w:asciiTheme="minorHAnsi" w:hAnsiTheme="minorHAnsi" w:cstheme="majorHAnsi"/>
          <w:sz w:val="24"/>
          <w:szCs w:val="24"/>
        </w:rPr>
        <w:t>Sistemi</w:t>
      </w:r>
      <w:proofErr w:type="spellEnd"/>
    </w:p>
    <w:p w14:paraId="09F11A9C" w14:textId="33B94DBE" w:rsidR="0021777C" w:rsidRPr="00AA17FF" w:rsidRDefault="004855EF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>- Turnuvada 20 adet masa kullanılacaktır.</w:t>
      </w:r>
      <w:r w:rsidRPr="00AA17FF">
        <w:rPr>
          <w:rFonts w:cstheme="majorHAnsi"/>
          <w:sz w:val="20"/>
          <w:szCs w:val="20"/>
        </w:rPr>
        <w:br/>
        <w:t xml:space="preserve">- </w:t>
      </w:r>
      <w:proofErr w:type="spellStart"/>
      <w:r w:rsidRPr="00AA17FF">
        <w:rPr>
          <w:rFonts w:cstheme="majorHAnsi"/>
          <w:sz w:val="20"/>
          <w:szCs w:val="20"/>
        </w:rPr>
        <w:t>Maçlar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r w:rsidR="0062299F" w:rsidRPr="00AA17FF">
        <w:rPr>
          <w:rFonts w:cstheme="majorHAnsi"/>
          <w:sz w:val="20"/>
          <w:szCs w:val="20"/>
        </w:rPr>
        <w:t xml:space="preserve">5 set </w:t>
      </w:r>
      <w:proofErr w:type="spellStart"/>
      <w:r w:rsidR="0062299F" w:rsidRPr="00AA17FF">
        <w:rPr>
          <w:rFonts w:cstheme="majorHAnsi"/>
          <w:sz w:val="20"/>
          <w:szCs w:val="20"/>
        </w:rPr>
        <w:t>üzerinden</w:t>
      </w:r>
      <w:proofErr w:type="spellEnd"/>
      <w:r w:rsidR="0062299F" w:rsidRPr="00AA17FF">
        <w:rPr>
          <w:rFonts w:cstheme="majorHAnsi"/>
          <w:sz w:val="20"/>
          <w:szCs w:val="20"/>
        </w:rPr>
        <w:t xml:space="preserve"> </w:t>
      </w:r>
      <w:proofErr w:type="spellStart"/>
      <w:r w:rsidR="0062299F" w:rsidRPr="00AA17FF">
        <w:rPr>
          <w:rFonts w:cstheme="majorHAnsi"/>
          <w:sz w:val="20"/>
          <w:szCs w:val="20"/>
        </w:rPr>
        <w:t>kazanılmış</w:t>
      </w:r>
      <w:proofErr w:type="spellEnd"/>
      <w:r w:rsidR="0062299F" w:rsidRPr="00AA17FF">
        <w:rPr>
          <w:rFonts w:cstheme="majorHAnsi"/>
          <w:sz w:val="20"/>
          <w:szCs w:val="20"/>
        </w:rPr>
        <w:t xml:space="preserve"> </w:t>
      </w:r>
      <w:r w:rsidRPr="00AA17FF">
        <w:rPr>
          <w:rFonts w:cstheme="majorHAnsi"/>
          <w:sz w:val="20"/>
          <w:szCs w:val="20"/>
        </w:rPr>
        <w:t xml:space="preserve">3 </w:t>
      </w:r>
      <w:proofErr w:type="spellStart"/>
      <w:r w:rsidRPr="00AA17FF">
        <w:rPr>
          <w:rFonts w:cstheme="majorHAnsi"/>
          <w:sz w:val="20"/>
          <w:szCs w:val="20"/>
        </w:rPr>
        <w:t>set</w:t>
      </w:r>
      <w:r w:rsidR="0062299F" w:rsidRPr="00AA17FF">
        <w:rPr>
          <w:rFonts w:cstheme="majorHAnsi"/>
          <w:sz w:val="20"/>
          <w:szCs w:val="20"/>
        </w:rPr>
        <w:t>dir</w:t>
      </w:r>
      <w:proofErr w:type="spellEnd"/>
      <w:r w:rsidR="0062299F" w:rsidRPr="00AA17FF">
        <w:rPr>
          <w:rFonts w:cstheme="majorHAnsi"/>
          <w:sz w:val="20"/>
          <w:szCs w:val="20"/>
        </w:rPr>
        <w:t>.</w:t>
      </w:r>
      <w:r w:rsidRPr="00AA17FF">
        <w:rPr>
          <w:rFonts w:cstheme="majorHAnsi"/>
          <w:sz w:val="20"/>
          <w:szCs w:val="20"/>
        </w:rPr>
        <w:br/>
        <w:t xml:space="preserve">- </w:t>
      </w:r>
      <w:proofErr w:type="spellStart"/>
      <w:r w:rsidRPr="00AA17FF">
        <w:rPr>
          <w:rFonts w:cstheme="majorHAnsi"/>
          <w:sz w:val="20"/>
          <w:szCs w:val="20"/>
        </w:rPr>
        <w:t>Gruplarda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oyuncu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sayısı</w:t>
      </w:r>
      <w:proofErr w:type="spellEnd"/>
      <w:r w:rsidRPr="00AA17FF">
        <w:rPr>
          <w:rFonts w:cstheme="majorHAnsi"/>
          <w:sz w:val="20"/>
          <w:szCs w:val="20"/>
        </w:rPr>
        <w:t xml:space="preserve"> 4’ten az olursa, gruplar birleştirilecektir.</w:t>
      </w:r>
      <w:r w:rsidRPr="00AA17FF">
        <w:rPr>
          <w:rFonts w:cstheme="majorHAnsi"/>
          <w:sz w:val="20"/>
          <w:szCs w:val="20"/>
        </w:rPr>
        <w:br/>
        <w:t>- Grup maçları sonunda 1. ve 2. olanlar final grubuna, 3. ve 4. olanlar teselli grubuna kalır.</w:t>
      </w:r>
      <w:r w:rsidRPr="00AA17FF">
        <w:rPr>
          <w:rFonts w:cstheme="majorHAnsi"/>
          <w:sz w:val="20"/>
          <w:szCs w:val="20"/>
        </w:rPr>
        <w:br/>
        <w:t>- Turnuvada 3.’lük maçı oynanmayacaktır.</w:t>
      </w:r>
      <w:r w:rsidRPr="00AA17FF">
        <w:rPr>
          <w:rFonts w:cstheme="majorHAnsi"/>
          <w:sz w:val="20"/>
          <w:szCs w:val="20"/>
        </w:rPr>
        <w:br/>
        <w:t>- 1.’ye kupa ve madalya, 2. ve 3.’lere madalya, teselli grubu 1.’sine madalya verilecektir.</w:t>
      </w:r>
    </w:p>
    <w:p w14:paraId="01968CAC" w14:textId="69EC7557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lastRenderedPageBreak/>
        <w:t>Genel</w:t>
      </w:r>
      <w:proofErr w:type="spellEnd"/>
      <w:r w:rsidRPr="00AA17FF">
        <w:rPr>
          <w:rFonts w:asciiTheme="minorHAnsi" w:hAnsiTheme="minorHAnsi" w:cstheme="majorHAnsi"/>
          <w:sz w:val="24"/>
          <w:szCs w:val="24"/>
        </w:rPr>
        <w:t xml:space="preserve"> </w:t>
      </w:r>
      <w:proofErr w:type="spellStart"/>
      <w:r w:rsidRPr="00AA17FF">
        <w:rPr>
          <w:rFonts w:asciiTheme="minorHAnsi" w:hAnsiTheme="minorHAnsi" w:cstheme="majorHAnsi"/>
          <w:sz w:val="24"/>
          <w:szCs w:val="24"/>
        </w:rPr>
        <w:t>Kurallar</w:t>
      </w:r>
      <w:proofErr w:type="spellEnd"/>
    </w:p>
    <w:p w14:paraId="079F463B" w14:textId="77777777" w:rsidR="0021777C" w:rsidRPr="00AA17FF" w:rsidRDefault="004855EF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>- Organizasyon komitesi gerekli gördüğü değişiklikleri yapma hakkını saklı tutar.</w:t>
      </w:r>
      <w:r w:rsidRPr="00AA17FF">
        <w:rPr>
          <w:rFonts w:cstheme="majorHAnsi"/>
          <w:sz w:val="20"/>
          <w:szCs w:val="20"/>
        </w:rPr>
        <w:br/>
        <w:t>- Turnuva katılımı 225 kişi ile sınırlıdır.</w:t>
      </w:r>
    </w:p>
    <w:p w14:paraId="0455EB34" w14:textId="2F5E6AD1" w:rsidR="0021777C" w:rsidRPr="00AA17FF" w:rsidRDefault="004855EF">
      <w:pPr>
        <w:pStyle w:val="Heading1"/>
        <w:rPr>
          <w:rFonts w:asciiTheme="minorHAnsi" w:hAnsiTheme="minorHAnsi" w:cstheme="majorHAnsi"/>
          <w:sz w:val="24"/>
          <w:szCs w:val="24"/>
        </w:rPr>
      </w:pPr>
      <w:r w:rsidRPr="00AA17FF">
        <w:rPr>
          <w:rFonts w:asciiTheme="minorHAnsi" w:hAnsiTheme="minorHAnsi" w:cstheme="majorHAnsi"/>
          <w:sz w:val="24"/>
          <w:szCs w:val="24"/>
        </w:rPr>
        <w:t xml:space="preserve">Son </w:t>
      </w:r>
      <w:proofErr w:type="spellStart"/>
      <w:r w:rsidRPr="00AA17FF">
        <w:rPr>
          <w:rFonts w:asciiTheme="minorHAnsi" w:hAnsiTheme="minorHAnsi" w:cstheme="majorHAnsi"/>
          <w:sz w:val="24"/>
          <w:szCs w:val="24"/>
        </w:rPr>
        <w:t>Kayıt</w:t>
      </w:r>
      <w:proofErr w:type="spellEnd"/>
    </w:p>
    <w:p w14:paraId="05730739" w14:textId="20F725CC" w:rsidR="000C002E" w:rsidRPr="00AA17FF" w:rsidRDefault="004855EF">
      <w:pPr>
        <w:rPr>
          <w:rFonts w:cstheme="majorHAnsi"/>
          <w:sz w:val="20"/>
          <w:szCs w:val="20"/>
        </w:rPr>
      </w:pPr>
      <w:proofErr w:type="spellStart"/>
      <w:r w:rsidRPr="00AA17FF">
        <w:rPr>
          <w:rFonts w:cstheme="majorHAnsi"/>
          <w:sz w:val="20"/>
          <w:szCs w:val="20"/>
        </w:rPr>
        <w:t>Katılım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ücretinin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en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geç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r w:rsidRPr="00AA17FF">
        <w:rPr>
          <w:rFonts w:cstheme="majorHAnsi"/>
          <w:b/>
          <w:bCs/>
          <w:sz w:val="20"/>
          <w:szCs w:val="20"/>
        </w:rPr>
        <w:t xml:space="preserve">25 </w:t>
      </w:r>
      <w:proofErr w:type="spellStart"/>
      <w:r w:rsidRPr="00AA17FF">
        <w:rPr>
          <w:rFonts w:cstheme="majorHAnsi"/>
          <w:b/>
          <w:bCs/>
          <w:sz w:val="20"/>
          <w:szCs w:val="20"/>
        </w:rPr>
        <w:t>Mayıs</w:t>
      </w:r>
      <w:proofErr w:type="spellEnd"/>
      <w:r w:rsidRPr="00AA17FF">
        <w:rPr>
          <w:rFonts w:cstheme="majorHAnsi"/>
          <w:b/>
          <w:bCs/>
          <w:sz w:val="20"/>
          <w:szCs w:val="20"/>
        </w:rPr>
        <w:t xml:space="preserve"> 2026 </w:t>
      </w:r>
      <w:proofErr w:type="spellStart"/>
      <w:r w:rsidRPr="00AA17FF">
        <w:rPr>
          <w:rFonts w:cstheme="majorHAnsi"/>
          <w:b/>
          <w:bCs/>
          <w:sz w:val="20"/>
          <w:szCs w:val="20"/>
        </w:rPr>
        <w:t>Pazartesi</w:t>
      </w:r>
      <w:proofErr w:type="spellEnd"/>
      <w:r w:rsidRPr="00AA17FF">
        <w:rPr>
          <w:rFonts w:cstheme="majorHAnsi"/>
          <w:b/>
          <w:bCs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b/>
          <w:bCs/>
          <w:sz w:val="20"/>
          <w:szCs w:val="20"/>
        </w:rPr>
        <w:t>saat</w:t>
      </w:r>
      <w:proofErr w:type="spellEnd"/>
      <w:r w:rsidRPr="00AA17FF">
        <w:rPr>
          <w:rFonts w:cstheme="majorHAnsi"/>
          <w:b/>
          <w:bCs/>
          <w:sz w:val="20"/>
          <w:szCs w:val="20"/>
        </w:rPr>
        <w:t xml:space="preserve"> 17:00’ye</w:t>
      </w:r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kadar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yatırılması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spellStart"/>
      <w:r w:rsidRPr="00AA17FF">
        <w:rPr>
          <w:rFonts w:cstheme="majorHAnsi"/>
          <w:sz w:val="20"/>
          <w:szCs w:val="20"/>
        </w:rPr>
        <w:t>gerekmektedir</w:t>
      </w:r>
      <w:proofErr w:type="spellEnd"/>
      <w:r w:rsidRPr="00AA17FF">
        <w:rPr>
          <w:rFonts w:cstheme="majorHAnsi"/>
          <w:sz w:val="20"/>
          <w:szCs w:val="20"/>
        </w:rPr>
        <w:t>.</w:t>
      </w:r>
    </w:p>
    <w:p w14:paraId="4BA41160" w14:textId="7C208CC4" w:rsidR="00D64157" w:rsidRPr="00AA17FF" w:rsidRDefault="000C002E" w:rsidP="00D64157">
      <w:pPr>
        <w:pStyle w:val="Heading1"/>
        <w:rPr>
          <w:rFonts w:asciiTheme="minorHAnsi" w:hAnsiTheme="minorHAnsi" w:cstheme="majorHAnsi"/>
          <w:sz w:val="24"/>
          <w:szCs w:val="24"/>
        </w:rPr>
      </w:pPr>
      <w:r w:rsidRPr="00AA17FF">
        <w:rPr>
          <w:rFonts w:asciiTheme="minorHAnsi" w:hAnsiTheme="minorHAnsi" w:cstheme="majorHAnsi"/>
        </w:rPr>
        <w:t xml:space="preserve"> </w:t>
      </w:r>
      <w:proofErr w:type="spellStart"/>
      <w:r w:rsidR="00D64157" w:rsidRPr="00AA17FF">
        <w:rPr>
          <w:rFonts w:asciiTheme="minorHAnsi" w:hAnsiTheme="minorHAnsi" w:cstheme="majorHAnsi"/>
          <w:sz w:val="24"/>
          <w:szCs w:val="24"/>
        </w:rPr>
        <w:t>Konaklama</w:t>
      </w:r>
      <w:proofErr w:type="spellEnd"/>
    </w:p>
    <w:p w14:paraId="1416ADD0" w14:textId="0139D76C" w:rsidR="00BE5759" w:rsidRPr="00AA17FF" w:rsidRDefault="00D64157" w:rsidP="00D64157">
      <w:pPr>
        <w:rPr>
          <w:rFonts w:cstheme="majorHAnsi"/>
        </w:rPr>
      </w:pPr>
      <w:r w:rsidRPr="00AA17FF">
        <w:rPr>
          <w:rFonts w:cstheme="majorHAnsi"/>
        </w:rPr>
        <w:t xml:space="preserve"> Hampton by Hilton</w:t>
      </w:r>
    </w:p>
    <w:p w14:paraId="27B4A459" w14:textId="2309E85C" w:rsidR="00D64157" w:rsidRDefault="00D64157" w:rsidP="00D64157">
      <w:pPr>
        <w:rPr>
          <w:rFonts w:cstheme="majorHAnsi"/>
        </w:rPr>
      </w:pPr>
      <w:proofErr w:type="spellStart"/>
      <w:r w:rsidRPr="00AA17FF">
        <w:rPr>
          <w:rFonts w:cstheme="majorHAnsi"/>
        </w:rPr>
        <w:t>Paşaköy</w:t>
      </w:r>
      <w:proofErr w:type="spellEnd"/>
      <w:r w:rsidRPr="00AA17FF">
        <w:rPr>
          <w:rFonts w:cstheme="majorHAnsi"/>
        </w:rPr>
        <w:t xml:space="preserve"> </w:t>
      </w:r>
      <w:proofErr w:type="spellStart"/>
      <w:r w:rsidRPr="00AA17FF">
        <w:rPr>
          <w:rFonts w:cstheme="majorHAnsi"/>
        </w:rPr>
        <w:t>Mah</w:t>
      </w:r>
      <w:proofErr w:type="spellEnd"/>
      <w:r w:rsidRPr="00AA17FF">
        <w:rPr>
          <w:rFonts w:cstheme="majorHAnsi"/>
        </w:rPr>
        <w:t xml:space="preserve">, </w:t>
      </w:r>
      <w:proofErr w:type="spellStart"/>
      <w:r w:rsidRPr="00AA17FF">
        <w:rPr>
          <w:rFonts w:cstheme="majorHAnsi"/>
        </w:rPr>
        <w:t>Eski</w:t>
      </w:r>
      <w:proofErr w:type="spellEnd"/>
      <w:r w:rsidRPr="00AA17FF">
        <w:rPr>
          <w:rFonts w:cstheme="majorHAnsi"/>
        </w:rPr>
        <w:t xml:space="preserve"> İstanbul Cad. No:73- </w:t>
      </w:r>
      <w:proofErr w:type="spellStart"/>
      <w:r w:rsidRPr="00AA17FF">
        <w:rPr>
          <w:rFonts w:cstheme="majorHAnsi"/>
        </w:rPr>
        <w:t>Bolu</w:t>
      </w:r>
      <w:proofErr w:type="spellEnd"/>
    </w:p>
    <w:p w14:paraId="4E23C5A6" w14:textId="77777777" w:rsidR="00AA17FF" w:rsidRDefault="00AA17FF" w:rsidP="00D64157">
      <w:pPr>
        <w:rPr>
          <w:rFonts w:cstheme="majorHAnsi"/>
        </w:rPr>
      </w:pPr>
    </w:p>
    <w:p w14:paraId="03AD1F54" w14:textId="766AEEA8" w:rsidR="00AA17FF" w:rsidRPr="00AA17FF" w:rsidRDefault="00AA17FF" w:rsidP="00D64157">
      <w:pPr>
        <w:rPr>
          <w:rFonts w:cstheme="majorHAnsi"/>
        </w:rPr>
      </w:pPr>
      <w:proofErr w:type="spellStart"/>
      <w:r>
        <w:rPr>
          <w:rFonts w:cstheme="majorHAnsi"/>
        </w:rPr>
        <w:t>Kahvaltı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ve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akşam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yemeği</w:t>
      </w:r>
      <w:proofErr w:type="spellEnd"/>
      <w:r>
        <w:rPr>
          <w:rFonts w:cstheme="majorHAnsi"/>
        </w:rPr>
        <w:t xml:space="preserve"> “</w:t>
      </w:r>
      <w:proofErr w:type="spellStart"/>
      <w:r>
        <w:rPr>
          <w:rFonts w:cstheme="majorHAnsi"/>
        </w:rPr>
        <w:t>Açık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Büfe</w:t>
      </w:r>
      <w:proofErr w:type="spellEnd"/>
      <w:r>
        <w:rPr>
          <w:rFonts w:cstheme="majorHAnsi"/>
        </w:rPr>
        <w:t xml:space="preserve">” </w:t>
      </w:r>
      <w:proofErr w:type="spellStart"/>
      <w:r>
        <w:rPr>
          <w:rFonts w:cstheme="majorHAnsi"/>
        </w:rPr>
        <w:t>olacaktır</w:t>
      </w:r>
      <w:proofErr w:type="spellEnd"/>
      <w:r>
        <w:rPr>
          <w:rFonts w:cstheme="majorHAnsi"/>
        </w:rPr>
        <w:t>.</w:t>
      </w:r>
    </w:p>
    <w:p w14:paraId="0BD8DD32" w14:textId="068D273C" w:rsidR="00D64157" w:rsidRPr="00AA17FF" w:rsidRDefault="00D64157" w:rsidP="00D64157">
      <w:pPr>
        <w:rPr>
          <w:rFonts w:cstheme="majorHAnsi"/>
        </w:rPr>
      </w:pPr>
      <w:r w:rsidRPr="00AA17FF">
        <w:rPr>
          <w:rFonts w:cstheme="majorHAnsi"/>
        </w:rPr>
        <w:t xml:space="preserve">Tek </w:t>
      </w:r>
      <w:proofErr w:type="spellStart"/>
      <w:r w:rsidRPr="00AA17FF">
        <w:rPr>
          <w:rFonts w:cstheme="majorHAnsi"/>
        </w:rPr>
        <w:t>kişilik</w:t>
      </w:r>
      <w:proofErr w:type="spellEnd"/>
      <w:r w:rsidRPr="00AA17FF">
        <w:rPr>
          <w:rFonts w:cstheme="majorHAnsi"/>
        </w:rPr>
        <w:t xml:space="preserve"> </w:t>
      </w:r>
      <w:proofErr w:type="spellStart"/>
      <w:r w:rsidRPr="00AA17FF">
        <w:rPr>
          <w:rFonts w:cstheme="majorHAnsi"/>
        </w:rPr>
        <w:t>oda</w:t>
      </w:r>
      <w:proofErr w:type="spellEnd"/>
      <w:r w:rsidRPr="00AA17FF">
        <w:rPr>
          <w:rFonts w:cstheme="majorHAnsi"/>
        </w:rPr>
        <w:t xml:space="preserve"> :4400 TL</w:t>
      </w:r>
      <w:r w:rsidR="00AA17FF">
        <w:rPr>
          <w:rFonts w:cstheme="majorHAnsi"/>
        </w:rPr>
        <w:t>/</w:t>
      </w:r>
      <w:proofErr w:type="spellStart"/>
      <w:r w:rsidR="00AA17FF">
        <w:rPr>
          <w:rFonts w:cstheme="majorHAnsi"/>
        </w:rPr>
        <w:t>günlük</w:t>
      </w:r>
      <w:proofErr w:type="spellEnd"/>
    </w:p>
    <w:p w14:paraId="285331B1" w14:textId="0C89314D" w:rsidR="00D64157" w:rsidRPr="00AA17FF" w:rsidRDefault="00D64157" w:rsidP="00D64157">
      <w:pPr>
        <w:rPr>
          <w:rFonts w:cstheme="majorHAnsi"/>
        </w:rPr>
      </w:pPr>
      <w:proofErr w:type="spellStart"/>
      <w:r w:rsidRPr="00AA17FF">
        <w:rPr>
          <w:rFonts w:cstheme="majorHAnsi"/>
        </w:rPr>
        <w:t>İki</w:t>
      </w:r>
      <w:proofErr w:type="spellEnd"/>
      <w:r w:rsidRPr="00AA17FF">
        <w:rPr>
          <w:rFonts w:cstheme="majorHAnsi"/>
        </w:rPr>
        <w:t xml:space="preserve"> </w:t>
      </w:r>
      <w:proofErr w:type="spellStart"/>
      <w:r w:rsidRPr="00AA17FF">
        <w:rPr>
          <w:rFonts w:cstheme="majorHAnsi"/>
        </w:rPr>
        <w:t>kişilik</w:t>
      </w:r>
      <w:proofErr w:type="spellEnd"/>
      <w:r w:rsidRPr="00AA17FF">
        <w:rPr>
          <w:rFonts w:cstheme="majorHAnsi"/>
        </w:rPr>
        <w:t xml:space="preserve"> </w:t>
      </w:r>
      <w:proofErr w:type="spellStart"/>
      <w:r w:rsidRPr="00AA17FF">
        <w:rPr>
          <w:rFonts w:cstheme="majorHAnsi"/>
        </w:rPr>
        <w:t>oda</w:t>
      </w:r>
      <w:proofErr w:type="spellEnd"/>
      <w:r w:rsidRPr="00AA17FF">
        <w:rPr>
          <w:rFonts w:cstheme="majorHAnsi"/>
        </w:rPr>
        <w:t xml:space="preserve">   :5400 TL</w:t>
      </w:r>
      <w:r w:rsidR="00AA17FF">
        <w:rPr>
          <w:rFonts w:cstheme="majorHAnsi"/>
        </w:rPr>
        <w:t>/</w:t>
      </w:r>
      <w:proofErr w:type="spellStart"/>
      <w:r w:rsidR="00AA17FF">
        <w:rPr>
          <w:rFonts w:cstheme="majorHAnsi"/>
        </w:rPr>
        <w:t>günlük</w:t>
      </w:r>
      <w:proofErr w:type="spellEnd"/>
    </w:p>
    <w:p w14:paraId="2266848B" w14:textId="3B21BF2D" w:rsidR="00D64157" w:rsidRDefault="00D64157" w:rsidP="00D64157">
      <w:pPr>
        <w:rPr>
          <w:rFonts w:cstheme="majorHAnsi"/>
        </w:rPr>
      </w:pPr>
      <w:proofErr w:type="spellStart"/>
      <w:r w:rsidRPr="00AA17FF">
        <w:rPr>
          <w:rFonts w:cstheme="majorHAnsi"/>
        </w:rPr>
        <w:t>Üç</w:t>
      </w:r>
      <w:proofErr w:type="spellEnd"/>
      <w:r w:rsidRPr="00AA17FF">
        <w:rPr>
          <w:rFonts w:cstheme="majorHAnsi"/>
        </w:rPr>
        <w:t xml:space="preserve"> </w:t>
      </w:r>
      <w:proofErr w:type="spellStart"/>
      <w:r w:rsidRPr="00AA17FF">
        <w:rPr>
          <w:rFonts w:cstheme="majorHAnsi"/>
        </w:rPr>
        <w:t>kişilik</w:t>
      </w:r>
      <w:proofErr w:type="spellEnd"/>
      <w:r w:rsidRPr="00AA17FF">
        <w:rPr>
          <w:rFonts w:cstheme="majorHAnsi"/>
        </w:rPr>
        <w:t xml:space="preserve"> </w:t>
      </w:r>
      <w:proofErr w:type="spellStart"/>
      <w:proofErr w:type="gramStart"/>
      <w:r w:rsidRPr="00AA17FF">
        <w:rPr>
          <w:rFonts w:cstheme="majorHAnsi"/>
        </w:rPr>
        <w:t>oda</w:t>
      </w:r>
      <w:proofErr w:type="spellEnd"/>
      <w:r w:rsidRPr="00AA17FF">
        <w:rPr>
          <w:rFonts w:cstheme="majorHAnsi"/>
        </w:rPr>
        <w:t xml:space="preserve">  :</w:t>
      </w:r>
      <w:proofErr w:type="gramEnd"/>
      <w:r w:rsidRPr="00AA17FF">
        <w:rPr>
          <w:rFonts w:cstheme="majorHAnsi"/>
        </w:rPr>
        <w:t>6500 TL</w:t>
      </w:r>
      <w:r w:rsidR="00AA17FF">
        <w:rPr>
          <w:rFonts w:cstheme="majorHAnsi"/>
        </w:rPr>
        <w:t>/</w:t>
      </w:r>
      <w:proofErr w:type="spellStart"/>
      <w:r w:rsidR="00AA17FF">
        <w:rPr>
          <w:rFonts w:cstheme="majorHAnsi"/>
        </w:rPr>
        <w:t>günlük</w:t>
      </w:r>
      <w:proofErr w:type="spellEnd"/>
    </w:p>
    <w:p w14:paraId="64773BBC" w14:textId="40AC1CA3" w:rsidR="00AA17FF" w:rsidRDefault="00AA17FF" w:rsidP="00D64157">
      <w:pPr>
        <w:rPr>
          <w:rFonts w:cstheme="majorHAnsi"/>
        </w:rPr>
      </w:pPr>
      <w:r>
        <w:rPr>
          <w:rFonts w:cstheme="majorHAnsi"/>
        </w:rPr>
        <w:t xml:space="preserve">(Gala </w:t>
      </w:r>
      <w:proofErr w:type="spellStart"/>
      <w:r>
        <w:rPr>
          <w:rFonts w:cstheme="majorHAnsi"/>
        </w:rPr>
        <w:t>Yemeği</w:t>
      </w:r>
      <w:proofErr w:type="spellEnd"/>
      <w:r>
        <w:rPr>
          <w:rFonts w:cstheme="majorHAnsi"/>
        </w:rPr>
        <w:t xml:space="preserve">: 6 </w:t>
      </w:r>
      <w:proofErr w:type="spellStart"/>
      <w:r>
        <w:rPr>
          <w:rFonts w:cstheme="majorHAnsi"/>
        </w:rPr>
        <w:t>Haziran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Ctesi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Saat</w:t>
      </w:r>
      <w:proofErr w:type="spellEnd"/>
      <w:r>
        <w:rPr>
          <w:rFonts w:cstheme="majorHAnsi"/>
        </w:rPr>
        <w:t xml:space="preserve"> 19:00 Hampton by </w:t>
      </w:r>
      <w:proofErr w:type="spellStart"/>
      <w:r>
        <w:rPr>
          <w:rFonts w:cstheme="majorHAnsi"/>
        </w:rPr>
        <w:t>Hilton’da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yapılacaktır</w:t>
      </w:r>
      <w:proofErr w:type="spellEnd"/>
      <w:r>
        <w:rPr>
          <w:rFonts w:cstheme="majorHAnsi"/>
        </w:rPr>
        <w:t>.</w:t>
      </w:r>
    </w:p>
    <w:p w14:paraId="4C229A21" w14:textId="25D360EC" w:rsidR="00AA17FF" w:rsidRPr="00AA17FF" w:rsidRDefault="00AA17FF" w:rsidP="00D64157">
      <w:pPr>
        <w:rPr>
          <w:rFonts w:cstheme="majorHAnsi"/>
        </w:rPr>
      </w:pPr>
      <w:proofErr w:type="spellStart"/>
      <w:r>
        <w:rPr>
          <w:rFonts w:cstheme="majorHAnsi"/>
        </w:rPr>
        <w:t>Otel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müşterilerine</w:t>
      </w:r>
      <w:proofErr w:type="spellEnd"/>
      <w:r>
        <w:rPr>
          <w:rFonts w:cstheme="majorHAnsi"/>
        </w:rPr>
        <w:t xml:space="preserve"> </w:t>
      </w:r>
      <w:proofErr w:type="spellStart"/>
      <w:r>
        <w:rPr>
          <w:rFonts w:cstheme="majorHAnsi"/>
        </w:rPr>
        <w:t>ücretsizdir</w:t>
      </w:r>
      <w:proofErr w:type="spellEnd"/>
      <w:r>
        <w:rPr>
          <w:rFonts w:cstheme="majorHAnsi"/>
        </w:rPr>
        <w:t>.)</w:t>
      </w:r>
    </w:p>
    <w:p w14:paraId="3D3C11FB" w14:textId="448AAB37" w:rsidR="00D039FC" w:rsidRPr="00AA17FF" w:rsidRDefault="00D039FC" w:rsidP="00D64157">
      <w:pPr>
        <w:rPr>
          <w:rFonts w:cstheme="majorHAnsi"/>
        </w:rPr>
      </w:pPr>
    </w:p>
    <w:p w14:paraId="16D73F70" w14:textId="3937969A" w:rsidR="00D039FC" w:rsidRPr="00AA17FF" w:rsidRDefault="00D039FC" w:rsidP="00D64157">
      <w:pPr>
        <w:rPr>
          <w:rFonts w:cstheme="majorHAnsi"/>
        </w:rPr>
      </w:pPr>
      <w:proofErr w:type="spellStart"/>
      <w:r w:rsidRPr="00AA17FF">
        <w:rPr>
          <w:rFonts w:cstheme="majorHAnsi"/>
        </w:rPr>
        <w:t>Rezervasyon</w:t>
      </w:r>
      <w:proofErr w:type="spellEnd"/>
      <w:r w:rsidRPr="00AA17FF">
        <w:rPr>
          <w:rFonts w:cstheme="majorHAnsi"/>
        </w:rPr>
        <w:t xml:space="preserve"> </w:t>
      </w:r>
      <w:proofErr w:type="spellStart"/>
      <w:r w:rsidRPr="00AA17FF">
        <w:rPr>
          <w:rFonts w:cstheme="majorHAnsi"/>
        </w:rPr>
        <w:t>için</w:t>
      </w:r>
      <w:proofErr w:type="spellEnd"/>
      <w:r w:rsidRPr="00AA17FF">
        <w:rPr>
          <w:rFonts w:cstheme="majorHAnsi"/>
        </w:rPr>
        <w:t>: Fulya Diker (0533 719 65 86)</w:t>
      </w:r>
    </w:p>
    <w:p w14:paraId="418A4066" w14:textId="609F0831" w:rsidR="000C002E" w:rsidRPr="00AA17FF" w:rsidRDefault="00D64157" w:rsidP="000C002E">
      <w:pPr>
        <w:pStyle w:val="Heading1"/>
        <w:rPr>
          <w:rFonts w:asciiTheme="minorHAnsi" w:hAnsiTheme="minorHAnsi" w:cstheme="majorHAnsi"/>
          <w:sz w:val="24"/>
          <w:szCs w:val="24"/>
        </w:rPr>
      </w:pPr>
      <w:proofErr w:type="spellStart"/>
      <w:r w:rsidRPr="00AA17FF">
        <w:rPr>
          <w:rFonts w:asciiTheme="minorHAnsi" w:hAnsiTheme="minorHAnsi" w:cstheme="majorHAnsi"/>
          <w:sz w:val="24"/>
          <w:szCs w:val="24"/>
        </w:rPr>
        <w:t>İl</w:t>
      </w:r>
      <w:r w:rsidR="000C002E" w:rsidRPr="00AA17FF">
        <w:rPr>
          <w:rFonts w:asciiTheme="minorHAnsi" w:hAnsiTheme="minorHAnsi" w:cstheme="majorHAnsi"/>
          <w:sz w:val="24"/>
          <w:szCs w:val="24"/>
        </w:rPr>
        <w:t>etişim</w:t>
      </w:r>
      <w:proofErr w:type="spellEnd"/>
    </w:p>
    <w:p w14:paraId="5953EBB7" w14:textId="1FAE3853" w:rsidR="000C002E" w:rsidRPr="00AA17FF" w:rsidRDefault="000C002E" w:rsidP="000C002E">
      <w:pPr>
        <w:rPr>
          <w:rFonts w:cstheme="majorHAnsi"/>
          <w:sz w:val="20"/>
          <w:szCs w:val="20"/>
        </w:rPr>
      </w:pPr>
      <w:r w:rsidRPr="00AA17FF">
        <w:rPr>
          <w:rFonts w:cstheme="majorHAnsi"/>
          <w:sz w:val="20"/>
          <w:szCs w:val="20"/>
        </w:rPr>
        <w:t xml:space="preserve">Fulya </w:t>
      </w:r>
      <w:proofErr w:type="gramStart"/>
      <w:r w:rsidRPr="00AA17FF">
        <w:rPr>
          <w:rFonts w:cstheme="majorHAnsi"/>
          <w:sz w:val="20"/>
          <w:szCs w:val="20"/>
        </w:rPr>
        <w:t>Diker :</w:t>
      </w:r>
      <w:proofErr w:type="gramEnd"/>
      <w:r w:rsidRPr="00AA17FF">
        <w:rPr>
          <w:rFonts w:cstheme="majorHAnsi"/>
          <w:sz w:val="20"/>
          <w:szCs w:val="20"/>
        </w:rPr>
        <w:t xml:space="preserve"> 0533 719 65 86</w:t>
      </w:r>
    </w:p>
    <w:p w14:paraId="79B39E51" w14:textId="279BA21D" w:rsidR="000C002E" w:rsidRPr="00AA17FF" w:rsidRDefault="000C002E" w:rsidP="000C002E">
      <w:pPr>
        <w:rPr>
          <w:rFonts w:cstheme="majorHAnsi"/>
          <w:sz w:val="20"/>
          <w:szCs w:val="20"/>
        </w:rPr>
      </w:pPr>
      <w:proofErr w:type="spellStart"/>
      <w:r w:rsidRPr="00AA17FF">
        <w:rPr>
          <w:rFonts w:cstheme="majorHAnsi"/>
          <w:sz w:val="20"/>
          <w:szCs w:val="20"/>
        </w:rPr>
        <w:t>Ferit</w:t>
      </w:r>
      <w:proofErr w:type="spellEnd"/>
      <w:r w:rsidRPr="00AA17FF">
        <w:rPr>
          <w:rFonts w:cstheme="majorHAnsi"/>
          <w:sz w:val="20"/>
          <w:szCs w:val="20"/>
        </w:rPr>
        <w:t xml:space="preserve"> </w:t>
      </w:r>
      <w:proofErr w:type="gramStart"/>
      <w:r w:rsidRPr="00AA17FF">
        <w:rPr>
          <w:rFonts w:cstheme="majorHAnsi"/>
          <w:sz w:val="20"/>
          <w:szCs w:val="20"/>
        </w:rPr>
        <w:t>Atabey :</w:t>
      </w:r>
      <w:proofErr w:type="gramEnd"/>
      <w:r w:rsidRPr="00AA17FF">
        <w:rPr>
          <w:rFonts w:cstheme="majorHAnsi"/>
          <w:sz w:val="20"/>
          <w:szCs w:val="20"/>
        </w:rPr>
        <w:t xml:space="preserve"> 0532 647 01 21</w:t>
      </w:r>
    </w:p>
    <w:p w14:paraId="18A6FB98" w14:textId="590EAD84" w:rsidR="000C002E" w:rsidRDefault="000C002E" w:rsidP="000C002E"/>
    <w:p w14:paraId="23237CBE" w14:textId="677BCE10" w:rsidR="000C002E" w:rsidRPr="008F158C" w:rsidRDefault="000C002E" w:rsidP="000C002E">
      <w:pPr>
        <w:rPr>
          <w:sz w:val="20"/>
          <w:szCs w:val="20"/>
        </w:rPr>
      </w:pPr>
    </w:p>
    <w:p w14:paraId="04D14961" w14:textId="7922A7BF" w:rsidR="000C002E" w:rsidRDefault="000C002E" w:rsidP="000C002E"/>
    <w:sectPr w:rsidR="000C002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002E"/>
    <w:rsid w:val="0015074B"/>
    <w:rsid w:val="0021777C"/>
    <w:rsid w:val="0029639D"/>
    <w:rsid w:val="00326F90"/>
    <w:rsid w:val="004855EF"/>
    <w:rsid w:val="0062299F"/>
    <w:rsid w:val="007213F5"/>
    <w:rsid w:val="007233D9"/>
    <w:rsid w:val="008F158C"/>
    <w:rsid w:val="00AA17FF"/>
    <w:rsid w:val="00AA1D8D"/>
    <w:rsid w:val="00B47730"/>
    <w:rsid w:val="00BE5759"/>
    <w:rsid w:val="00CB0664"/>
    <w:rsid w:val="00D039FC"/>
    <w:rsid w:val="00D64157"/>
    <w:rsid w:val="00F7510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07494C"/>
  <w14:defaultImageDpi w14:val="300"/>
  <w15:docId w15:val="{94591384-1EFF-44AB-8285-E92EF7576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fulya diker</cp:lastModifiedBy>
  <cp:revision>12</cp:revision>
  <dcterms:created xsi:type="dcterms:W3CDTF">2026-03-29T17:40:00Z</dcterms:created>
  <dcterms:modified xsi:type="dcterms:W3CDTF">2026-05-10T16:02:00Z</dcterms:modified>
  <cp:category/>
</cp:coreProperties>
</file>