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E2F508" w14:textId="77777777" w:rsidR="004855EF" w:rsidRDefault="004855EF">
      <w:pPr>
        <w:pStyle w:val="Title"/>
      </w:pPr>
      <w:r w:rsidRPr="000C002E">
        <w:t xml:space="preserve">BOLU 2026 </w:t>
      </w:r>
    </w:p>
    <w:p w14:paraId="03FE359E" w14:textId="49C7CBD1" w:rsidR="0021777C" w:rsidRPr="000C002E" w:rsidRDefault="004855EF">
      <w:pPr>
        <w:pStyle w:val="Title"/>
      </w:pPr>
      <w:r>
        <w:t xml:space="preserve">VETERAN </w:t>
      </w:r>
      <w:r w:rsidRPr="000C002E">
        <w:t>MASA TENİSİ TURNUVASI</w:t>
      </w:r>
    </w:p>
    <w:p w14:paraId="4A5B9FA1" w14:textId="5685E69A" w:rsidR="0021777C" w:rsidRPr="008F158C" w:rsidRDefault="004855EF">
      <w:pPr>
        <w:pStyle w:val="Heading1"/>
        <w:rPr>
          <w:sz w:val="24"/>
          <w:szCs w:val="24"/>
        </w:rPr>
      </w:pPr>
      <w:proofErr w:type="spellStart"/>
      <w:r w:rsidRPr="008F158C">
        <w:rPr>
          <w:sz w:val="24"/>
          <w:szCs w:val="24"/>
        </w:rPr>
        <w:t>Turnuva</w:t>
      </w:r>
      <w:proofErr w:type="spellEnd"/>
      <w:r w:rsidRPr="008F158C">
        <w:rPr>
          <w:sz w:val="24"/>
          <w:szCs w:val="24"/>
        </w:rPr>
        <w:t xml:space="preserve"> </w:t>
      </w:r>
      <w:proofErr w:type="spellStart"/>
      <w:r w:rsidRPr="008F158C">
        <w:rPr>
          <w:sz w:val="24"/>
          <w:szCs w:val="24"/>
        </w:rPr>
        <w:t>Tarihi</w:t>
      </w:r>
      <w:proofErr w:type="spellEnd"/>
    </w:p>
    <w:p w14:paraId="3807B24D" w14:textId="77777777" w:rsidR="0021777C" w:rsidRPr="008F158C" w:rsidRDefault="004855EF">
      <w:pPr>
        <w:rPr>
          <w:sz w:val="20"/>
          <w:szCs w:val="20"/>
        </w:rPr>
      </w:pPr>
      <w:r w:rsidRPr="008F158C">
        <w:rPr>
          <w:sz w:val="20"/>
          <w:szCs w:val="20"/>
        </w:rPr>
        <w:t>6 – 7 Haziran 2026</w:t>
      </w:r>
    </w:p>
    <w:p w14:paraId="1A4FFA42" w14:textId="04053319" w:rsidR="0021777C" w:rsidRPr="008F158C" w:rsidRDefault="004855EF">
      <w:pPr>
        <w:pStyle w:val="Heading1"/>
        <w:rPr>
          <w:sz w:val="24"/>
          <w:szCs w:val="24"/>
        </w:rPr>
      </w:pPr>
      <w:proofErr w:type="spellStart"/>
      <w:r w:rsidRPr="008F158C">
        <w:rPr>
          <w:sz w:val="24"/>
          <w:szCs w:val="24"/>
        </w:rPr>
        <w:t>Turnuva</w:t>
      </w:r>
      <w:proofErr w:type="spellEnd"/>
      <w:r w:rsidRPr="008F158C">
        <w:rPr>
          <w:sz w:val="24"/>
          <w:szCs w:val="24"/>
        </w:rPr>
        <w:t xml:space="preserve"> </w:t>
      </w:r>
      <w:proofErr w:type="spellStart"/>
      <w:r w:rsidRPr="008F158C">
        <w:rPr>
          <w:sz w:val="24"/>
          <w:szCs w:val="24"/>
        </w:rPr>
        <w:t>Yeri</w:t>
      </w:r>
      <w:proofErr w:type="spellEnd"/>
    </w:p>
    <w:p w14:paraId="094077FE" w14:textId="77777777" w:rsidR="0021777C" w:rsidRPr="008F158C" w:rsidRDefault="004855EF">
      <w:pPr>
        <w:rPr>
          <w:sz w:val="20"/>
          <w:szCs w:val="20"/>
        </w:rPr>
      </w:pPr>
      <w:r w:rsidRPr="008F158C">
        <w:rPr>
          <w:sz w:val="20"/>
          <w:szCs w:val="20"/>
        </w:rPr>
        <w:t>Karaçayır 3000 Kişilik Spor Salonu / Bolu</w:t>
      </w:r>
    </w:p>
    <w:p w14:paraId="0947FFBA" w14:textId="042E337E" w:rsidR="0021777C" w:rsidRPr="008F158C" w:rsidRDefault="004855EF">
      <w:pPr>
        <w:pStyle w:val="Heading1"/>
        <w:rPr>
          <w:sz w:val="24"/>
          <w:szCs w:val="24"/>
        </w:rPr>
      </w:pPr>
      <w:proofErr w:type="spellStart"/>
      <w:r w:rsidRPr="008F158C">
        <w:rPr>
          <w:sz w:val="24"/>
          <w:szCs w:val="24"/>
        </w:rPr>
        <w:t>Katılım</w:t>
      </w:r>
      <w:proofErr w:type="spellEnd"/>
    </w:p>
    <w:p w14:paraId="2A2A3BBE" w14:textId="184401C9" w:rsidR="0021777C" w:rsidRPr="008F158C" w:rsidRDefault="004855EF">
      <w:pPr>
        <w:rPr>
          <w:sz w:val="20"/>
          <w:szCs w:val="20"/>
        </w:rPr>
      </w:pPr>
      <w:r w:rsidRPr="008F158C">
        <w:rPr>
          <w:sz w:val="20"/>
          <w:szCs w:val="20"/>
        </w:rPr>
        <w:t xml:space="preserve">- </w:t>
      </w:r>
      <w:proofErr w:type="spellStart"/>
      <w:r w:rsidRPr="008F158C">
        <w:rPr>
          <w:sz w:val="20"/>
          <w:szCs w:val="20"/>
        </w:rPr>
        <w:t>Turnuva</w:t>
      </w:r>
      <w:proofErr w:type="spellEnd"/>
      <w:r w:rsidRPr="008F158C">
        <w:rPr>
          <w:sz w:val="20"/>
          <w:szCs w:val="20"/>
        </w:rPr>
        <w:t xml:space="preserve">, </w:t>
      </w:r>
      <w:r w:rsidR="0062299F">
        <w:rPr>
          <w:sz w:val="20"/>
          <w:szCs w:val="20"/>
        </w:rPr>
        <w:t>2</w:t>
      </w:r>
      <w:r w:rsidRPr="008F158C">
        <w:rPr>
          <w:sz w:val="20"/>
          <w:szCs w:val="20"/>
        </w:rPr>
        <w:t xml:space="preserve">0 </w:t>
      </w:r>
      <w:proofErr w:type="spellStart"/>
      <w:r w:rsidRPr="008F158C">
        <w:rPr>
          <w:sz w:val="20"/>
          <w:szCs w:val="20"/>
        </w:rPr>
        <w:t>yaş</w:t>
      </w:r>
      <w:proofErr w:type="spellEnd"/>
      <w:r w:rsidRPr="008F158C">
        <w:rPr>
          <w:sz w:val="20"/>
          <w:szCs w:val="20"/>
        </w:rPr>
        <w:t xml:space="preserve"> </w:t>
      </w:r>
      <w:proofErr w:type="spellStart"/>
      <w:r w:rsidRPr="008F158C">
        <w:rPr>
          <w:sz w:val="20"/>
          <w:szCs w:val="20"/>
        </w:rPr>
        <w:t>ve</w:t>
      </w:r>
      <w:proofErr w:type="spellEnd"/>
      <w:r w:rsidRPr="008F158C">
        <w:rPr>
          <w:sz w:val="20"/>
          <w:szCs w:val="20"/>
        </w:rPr>
        <w:t xml:space="preserve"> </w:t>
      </w:r>
      <w:proofErr w:type="spellStart"/>
      <w:r w:rsidRPr="008F158C">
        <w:rPr>
          <w:sz w:val="20"/>
          <w:szCs w:val="20"/>
        </w:rPr>
        <w:t>üzeri</w:t>
      </w:r>
      <w:proofErr w:type="spellEnd"/>
      <w:r w:rsidRPr="008F158C">
        <w:rPr>
          <w:sz w:val="20"/>
          <w:szCs w:val="20"/>
        </w:rPr>
        <w:t xml:space="preserve"> sporculara açıktır.</w:t>
      </w:r>
      <w:r w:rsidRPr="008F158C">
        <w:rPr>
          <w:sz w:val="20"/>
          <w:szCs w:val="20"/>
        </w:rPr>
        <w:br/>
        <w:t>- Yarışmacılar, turnuva süresince oluşabilecek sağlık problemlerinden kendileri sorumludur.</w:t>
      </w:r>
    </w:p>
    <w:p w14:paraId="3142B234" w14:textId="514FF9C7" w:rsidR="0021777C" w:rsidRPr="008F158C" w:rsidRDefault="004855EF">
      <w:pPr>
        <w:pStyle w:val="Heading1"/>
        <w:rPr>
          <w:sz w:val="24"/>
          <w:szCs w:val="24"/>
        </w:rPr>
      </w:pPr>
      <w:proofErr w:type="spellStart"/>
      <w:r w:rsidRPr="008F158C">
        <w:rPr>
          <w:sz w:val="24"/>
          <w:szCs w:val="24"/>
        </w:rPr>
        <w:t>Katılım</w:t>
      </w:r>
      <w:proofErr w:type="spellEnd"/>
      <w:r w:rsidRPr="008F158C">
        <w:rPr>
          <w:sz w:val="24"/>
          <w:szCs w:val="24"/>
        </w:rPr>
        <w:t xml:space="preserve"> </w:t>
      </w:r>
      <w:proofErr w:type="spellStart"/>
      <w:r w:rsidRPr="008F158C">
        <w:rPr>
          <w:sz w:val="24"/>
          <w:szCs w:val="24"/>
        </w:rPr>
        <w:t>Ücreti</w:t>
      </w:r>
      <w:proofErr w:type="spellEnd"/>
    </w:p>
    <w:p w14:paraId="66BB47FC" w14:textId="22DF28AE" w:rsidR="0021777C" w:rsidRPr="008F158C" w:rsidRDefault="000C002E">
      <w:pPr>
        <w:rPr>
          <w:sz w:val="20"/>
          <w:szCs w:val="20"/>
        </w:rPr>
      </w:pPr>
      <w:proofErr w:type="spellStart"/>
      <w:r w:rsidRPr="008F158C">
        <w:rPr>
          <w:sz w:val="20"/>
          <w:szCs w:val="20"/>
        </w:rPr>
        <w:t>Erkek</w:t>
      </w:r>
      <w:proofErr w:type="spellEnd"/>
      <w:r w:rsidRPr="008F158C">
        <w:rPr>
          <w:sz w:val="20"/>
          <w:szCs w:val="20"/>
        </w:rPr>
        <w:t xml:space="preserve"> </w:t>
      </w:r>
      <w:proofErr w:type="spellStart"/>
      <w:r w:rsidRPr="008F158C">
        <w:rPr>
          <w:sz w:val="20"/>
          <w:szCs w:val="20"/>
        </w:rPr>
        <w:t>yarışmacı</w:t>
      </w:r>
      <w:proofErr w:type="spellEnd"/>
      <w:r w:rsidRPr="008F158C">
        <w:rPr>
          <w:sz w:val="20"/>
          <w:szCs w:val="20"/>
        </w:rPr>
        <w:t xml:space="preserve">: </w:t>
      </w:r>
      <w:r w:rsidR="004855EF" w:rsidRPr="008F158C">
        <w:rPr>
          <w:sz w:val="20"/>
          <w:szCs w:val="20"/>
        </w:rPr>
        <w:t>2000 TL</w:t>
      </w:r>
    </w:p>
    <w:p w14:paraId="6628702D" w14:textId="71CC0EFF" w:rsidR="000C002E" w:rsidRPr="008F158C" w:rsidRDefault="000C002E">
      <w:pPr>
        <w:rPr>
          <w:sz w:val="20"/>
          <w:szCs w:val="20"/>
        </w:rPr>
      </w:pPr>
      <w:proofErr w:type="spellStart"/>
      <w:r w:rsidRPr="008F158C">
        <w:rPr>
          <w:sz w:val="20"/>
          <w:szCs w:val="20"/>
        </w:rPr>
        <w:t>Kadın</w:t>
      </w:r>
      <w:proofErr w:type="spellEnd"/>
      <w:r w:rsidRPr="008F158C">
        <w:rPr>
          <w:sz w:val="20"/>
          <w:szCs w:val="20"/>
        </w:rPr>
        <w:t xml:space="preserve"> </w:t>
      </w:r>
      <w:proofErr w:type="spellStart"/>
      <w:r w:rsidRPr="008F158C">
        <w:rPr>
          <w:sz w:val="20"/>
          <w:szCs w:val="20"/>
        </w:rPr>
        <w:t>yarışmacı</w:t>
      </w:r>
      <w:proofErr w:type="spellEnd"/>
      <w:r w:rsidRPr="008F158C">
        <w:rPr>
          <w:sz w:val="20"/>
          <w:szCs w:val="20"/>
        </w:rPr>
        <w:t>: 1750 TL</w:t>
      </w:r>
    </w:p>
    <w:p w14:paraId="39C5793F" w14:textId="77777777" w:rsidR="0021777C" w:rsidRPr="008F158C" w:rsidRDefault="004855EF">
      <w:pPr>
        <w:pStyle w:val="Heading1"/>
        <w:rPr>
          <w:sz w:val="24"/>
          <w:szCs w:val="24"/>
        </w:rPr>
      </w:pPr>
      <w:r w:rsidRPr="008F158C">
        <w:rPr>
          <w:sz w:val="24"/>
          <w:szCs w:val="24"/>
        </w:rPr>
        <w:t>Banka Bilgileri</w:t>
      </w:r>
    </w:p>
    <w:p w14:paraId="67C93289" w14:textId="77777777" w:rsidR="0021777C" w:rsidRPr="008F158C" w:rsidRDefault="004855EF">
      <w:pPr>
        <w:rPr>
          <w:sz w:val="20"/>
          <w:szCs w:val="20"/>
        </w:rPr>
      </w:pPr>
      <w:r w:rsidRPr="008F158C">
        <w:rPr>
          <w:sz w:val="20"/>
          <w:szCs w:val="20"/>
        </w:rPr>
        <w:t>Banka: ING Bank</w:t>
      </w:r>
      <w:r w:rsidRPr="008F158C">
        <w:rPr>
          <w:sz w:val="20"/>
          <w:szCs w:val="20"/>
        </w:rPr>
        <w:br/>
        <w:t>Hesap Adı: İstanbul Veteran Masa Tenisçileri Spor Kulübü</w:t>
      </w:r>
      <w:r w:rsidRPr="008F158C">
        <w:rPr>
          <w:sz w:val="20"/>
          <w:szCs w:val="20"/>
        </w:rPr>
        <w:br/>
        <w:t>IBAN: TR04 0009 9013 1716 7700 1000 02</w:t>
      </w:r>
      <w:r w:rsidRPr="008F158C">
        <w:rPr>
          <w:sz w:val="20"/>
          <w:szCs w:val="20"/>
        </w:rPr>
        <w:br/>
        <w:t>Not: Açıklama kısmına “BAĞIŞ” yazılması gerekmektedir.</w:t>
      </w:r>
    </w:p>
    <w:p w14:paraId="2CA4AB01" w14:textId="61BE75ED" w:rsidR="0021777C" w:rsidRPr="008F158C" w:rsidRDefault="004855EF">
      <w:pPr>
        <w:pStyle w:val="Heading1"/>
        <w:rPr>
          <w:sz w:val="24"/>
          <w:szCs w:val="24"/>
        </w:rPr>
      </w:pPr>
      <w:proofErr w:type="spellStart"/>
      <w:r w:rsidRPr="008F158C">
        <w:rPr>
          <w:sz w:val="24"/>
          <w:szCs w:val="24"/>
        </w:rPr>
        <w:t>Kategoriler</w:t>
      </w:r>
      <w:proofErr w:type="spellEnd"/>
    </w:p>
    <w:p w14:paraId="44411B28" w14:textId="47B6C7BB" w:rsidR="0021777C" w:rsidRPr="008F158C" w:rsidRDefault="007213F5">
      <w:pPr>
        <w:rPr>
          <w:sz w:val="20"/>
          <w:szCs w:val="20"/>
        </w:rPr>
      </w:pPr>
      <w:r>
        <w:rPr>
          <w:sz w:val="20"/>
          <w:szCs w:val="20"/>
        </w:rPr>
        <w:t xml:space="preserve">40 </w:t>
      </w:r>
      <w:proofErr w:type="spellStart"/>
      <w:r>
        <w:rPr>
          <w:sz w:val="20"/>
          <w:szCs w:val="20"/>
        </w:rPr>
        <w:t>yaş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altı</w:t>
      </w:r>
      <w:proofErr w:type="spellEnd"/>
      <w:r w:rsidR="004855EF" w:rsidRPr="008F158C">
        <w:rPr>
          <w:sz w:val="20"/>
          <w:szCs w:val="20"/>
        </w:rPr>
        <w:t>, 40–49, 50–59, 60–64, 65–69, 70–74 ve 75 yaş üzeri</w:t>
      </w:r>
      <w:r w:rsidR="004855EF" w:rsidRPr="008F158C">
        <w:rPr>
          <w:sz w:val="20"/>
          <w:szCs w:val="20"/>
        </w:rPr>
        <w:br/>
        <w:t>Tek Erkekler, Tek Kadınlar, Çift Erkekler, Çift Kadınlar ve Karışık Çiftler</w:t>
      </w:r>
    </w:p>
    <w:p w14:paraId="10BBA68D" w14:textId="62BEEB26" w:rsidR="0021777C" w:rsidRPr="008F158C" w:rsidRDefault="004855EF">
      <w:pPr>
        <w:pStyle w:val="Heading1"/>
        <w:rPr>
          <w:sz w:val="24"/>
          <w:szCs w:val="24"/>
        </w:rPr>
      </w:pPr>
      <w:proofErr w:type="spellStart"/>
      <w:r w:rsidRPr="008F158C">
        <w:rPr>
          <w:sz w:val="24"/>
          <w:szCs w:val="24"/>
        </w:rPr>
        <w:t>Yarışma</w:t>
      </w:r>
      <w:proofErr w:type="spellEnd"/>
      <w:r w:rsidRPr="008F158C">
        <w:rPr>
          <w:sz w:val="24"/>
          <w:szCs w:val="24"/>
        </w:rPr>
        <w:t xml:space="preserve"> </w:t>
      </w:r>
      <w:proofErr w:type="spellStart"/>
      <w:r w:rsidRPr="008F158C">
        <w:rPr>
          <w:sz w:val="24"/>
          <w:szCs w:val="24"/>
        </w:rPr>
        <w:t>Sistemi</w:t>
      </w:r>
      <w:proofErr w:type="spellEnd"/>
    </w:p>
    <w:p w14:paraId="09F11A9C" w14:textId="33B94DBE" w:rsidR="0021777C" w:rsidRPr="008F158C" w:rsidRDefault="004855EF">
      <w:pPr>
        <w:rPr>
          <w:sz w:val="20"/>
          <w:szCs w:val="20"/>
        </w:rPr>
      </w:pPr>
      <w:r w:rsidRPr="008F158C">
        <w:rPr>
          <w:sz w:val="20"/>
          <w:szCs w:val="20"/>
        </w:rPr>
        <w:t>- Turnuvada 20 adet masa kullanılacaktır.</w:t>
      </w:r>
      <w:r w:rsidRPr="008F158C">
        <w:rPr>
          <w:sz w:val="20"/>
          <w:szCs w:val="20"/>
        </w:rPr>
        <w:br/>
        <w:t xml:space="preserve">- </w:t>
      </w:r>
      <w:proofErr w:type="spellStart"/>
      <w:r w:rsidRPr="008F158C">
        <w:rPr>
          <w:sz w:val="20"/>
          <w:szCs w:val="20"/>
        </w:rPr>
        <w:t>Maçlar</w:t>
      </w:r>
      <w:proofErr w:type="spellEnd"/>
      <w:r w:rsidRPr="008F158C">
        <w:rPr>
          <w:sz w:val="20"/>
          <w:szCs w:val="20"/>
        </w:rPr>
        <w:t xml:space="preserve"> </w:t>
      </w:r>
      <w:r w:rsidR="0062299F">
        <w:rPr>
          <w:sz w:val="20"/>
          <w:szCs w:val="20"/>
        </w:rPr>
        <w:t xml:space="preserve">5 set </w:t>
      </w:r>
      <w:proofErr w:type="spellStart"/>
      <w:r w:rsidR="0062299F">
        <w:rPr>
          <w:sz w:val="20"/>
          <w:szCs w:val="20"/>
        </w:rPr>
        <w:t>üzerinden</w:t>
      </w:r>
      <w:proofErr w:type="spellEnd"/>
      <w:r w:rsidR="0062299F">
        <w:rPr>
          <w:sz w:val="20"/>
          <w:szCs w:val="20"/>
        </w:rPr>
        <w:t xml:space="preserve"> </w:t>
      </w:r>
      <w:proofErr w:type="spellStart"/>
      <w:r w:rsidR="0062299F">
        <w:rPr>
          <w:sz w:val="20"/>
          <w:szCs w:val="20"/>
        </w:rPr>
        <w:t>kazanılmış</w:t>
      </w:r>
      <w:proofErr w:type="spellEnd"/>
      <w:r w:rsidR="0062299F">
        <w:rPr>
          <w:sz w:val="20"/>
          <w:szCs w:val="20"/>
        </w:rPr>
        <w:t xml:space="preserve"> </w:t>
      </w:r>
      <w:r w:rsidRPr="008F158C">
        <w:rPr>
          <w:sz w:val="20"/>
          <w:szCs w:val="20"/>
        </w:rPr>
        <w:t xml:space="preserve">3 </w:t>
      </w:r>
      <w:proofErr w:type="spellStart"/>
      <w:r w:rsidRPr="008F158C">
        <w:rPr>
          <w:sz w:val="20"/>
          <w:szCs w:val="20"/>
        </w:rPr>
        <w:t>set</w:t>
      </w:r>
      <w:r w:rsidR="0062299F">
        <w:rPr>
          <w:sz w:val="20"/>
          <w:szCs w:val="20"/>
        </w:rPr>
        <w:t>dir</w:t>
      </w:r>
      <w:proofErr w:type="spellEnd"/>
      <w:r w:rsidR="0062299F">
        <w:rPr>
          <w:sz w:val="20"/>
          <w:szCs w:val="20"/>
        </w:rPr>
        <w:t>.</w:t>
      </w:r>
      <w:r w:rsidRPr="008F158C">
        <w:rPr>
          <w:sz w:val="20"/>
          <w:szCs w:val="20"/>
        </w:rPr>
        <w:br/>
        <w:t xml:space="preserve">- </w:t>
      </w:r>
      <w:proofErr w:type="spellStart"/>
      <w:r w:rsidRPr="008F158C">
        <w:rPr>
          <w:sz w:val="20"/>
          <w:szCs w:val="20"/>
        </w:rPr>
        <w:t>Gruplarda</w:t>
      </w:r>
      <w:proofErr w:type="spellEnd"/>
      <w:r w:rsidRPr="008F158C">
        <w:rPr>
          <w:sz w:val="20"/>
          <w:szCs w:val="20"/>
        </w:rPr>
        <w:t xml:space="preserve"> </w:t>
      </w:r>
      <w:proofErr w:type="spellStart"/>
      <w:r w:rsidRPr="008F158C">
        <w:rPr>
          <w:sz w:val="20"/>
          <w:szCs w:val="20"/>
        </w:rPr>
        <w:t>oyuncu</w:t>
      </w:r>
      <w:proofErr w:type="spellEnd"/>
      <w:r w:rsidRPr="008F158C">
        <w:rPr>
          <w:sz w:val="20"/>
          <w:szCs w:val="20"/>
        </w:rPr>
        <w:t xml:space="preserve"> sayısı 4’ten az olursa, gruplar birleştirilecektir.</w:t>
      </w:r>
      <w:r w:rsidRPr="008F158C">
        <w:rPr>
          <w:sz w:val="20"/>
          <w:szCs w:val="20"/>
        </w:rPr>
        <w:br/>
        <w:t>- Grup maçları sonunda 1. ve 2. olanlar final grubuna, 3. ve 4. olanlar teselli grubuna kalır.</w:t>
      </w:r>
      <w:r w:rsidRPr="008F158C">
        <w:rPr>
          <w:sz w:val="20"/>
          <w:szCs w:val="20"/>
        </w:rPr>
        <w:br/>
        <w:t>- Turnuvada 3.’lük maçı oynanmayacaktır.</w:t>
      </w:r>
      <w:r w:rsidRPr="008F158C">
        <w:rPr>
          <w:sz w:val="20"/>
          <w:szCs w:val="20"/>
        </w:rPr>
        <w:br/>
        <w:t>- 1.’ye kupa ve madalya, 2. ve 3.’lere madalya, teselli grubu 1.’sine madalya verilecektir.</w:t>
      </w:r>
    </w:p>
    <w:p w14:paraId="01968CAC" w14:textId="69EC7557" w:rsidR="0021777C" w:rsidRPr="008F158C" w:rsidRDefault="004855EF">
      <w:pPr>
        <w:pStyle w:val="Heading1"/>
        <w:rPr>
          <w:sz w:val="24"/>
          <w:szCs w:val="24"/>
        </w:rPr>
      </w:pPr>
      <w:proofErr w:type="spellStart"/>
      <w:r w:rsidRPr="008F158C">
        <w:rPr>
          <w:sz w:val="24"/>
          <w:szCs w:val="24"/>
        </w:rPr>
        <w:lastRenderedPageBreak/>
        <w:t>Genel</w:t>
      </w:r>
      <w:proofErr w:type="spellEnd"/>
      <w:r w:rsidRPr="008F158C">
        <w:rPr>
          <w:sz w:val="24"/>
          <w:szCs w:val="24"/>
        </w:rPr>
        <w:t xml:space="preserve"> </w:t>
      </w:r>
      <w:proofErr w:type="spellStart"/>
      <w:r w:rsidRPr="008F158C">
        <w:rPr>
          <w:sz w:val="24"/>
          <w:szCs w:val="24"/>
        </w:rPr>
        <w:t>Kurallar</w:t>
      </w:r>
      <w:proofErr w:type="spellEnd"/>
    </w:p>
    <w:p w14:paraId="079F463B" w14:textId="77777777" w:rsidR="0021777C" w:rsidRPr="008F158C" w:rsidRDefault="004855EF">
      <w:pPr>
        <w:rPr>
          <w:sz w:val="20"/>
          <w:szCs w:val="20"/>
        </w:rPr>
      </w:pPr>
      <w:r w:rsidRPr="008F158C">
        <w:rPr>
          <w:sz w:val="20"/>
          <w:szCs w:val="20"/>
        </w:rPr>
        <w:t>- Organizasyon komitesi gerekli gördüğü değişiklikleri yapma hakkını saklı tutar.</w:t>
      </w:r>
      <w:r w:rsidRPr="008F158C">
        <w:rPr>
          <w:sz w:val="20"/>
          <w:szCs w:val="20"/>
        </w:rPr>
        <w:br/>
        <w:t>- Turnuva katılımı 225 kişi ile sınırlıdır.</w:t>
      </w:r>
    </w:p>
    <w:p w14:paraId="0455EB34" w14:textId="2F5E6AD1" w:rsidR="0021777C" w:rsidRPr="008F158C" w:rsidRDefault="004855EF">
      <w:pPr>
        <w:pStyle w:val="Heading1"/>
        <w:rPr>
          <w:sz w:val="24"/>
          <w:szCs w:val="24"/>
        </w:rPr>
      </w:pPr>
      <w:r w:rsidRPr="008F158C">
        <w:rPr>
          <w:sz w:val="24"/>
          <w:szCs w:val="24"/>
        </w:rPr>
        <w:t xml:space="preserve">Son </w:t>
      </w:r>
      <w:proofErr w:type="spellStart"/>
      <w:r w:rsidRPr="008F158C">
        <w:rPr>
          <w:sz w:val="24"/>
          <w:szCs w:val="24"/>
        </w:rPr>
        <w:t>Kayıt</w:t>
      </w:r>
      <w:proofErr w:type="spellEnd"/>
    </w:p>
    <w:p w14:paraId="05730739" w14:textId="20F725CC" w:rsidR="000C002E" w:rsidRPr="008F158C" w:rsidRDefault="004855EF">
      <w:pPr>
        <w:rPr>
          <w:sz w:val="20"/>
          <w:szCs w:val="20"/>
        </w:rPr>
      </w:pPr>
      <w:r w:rsidRPr="008F158C">
        <w:rPr>
          <w:sz w:val="20"/>
          <w:szCs w:val="20"/>
        </w:rPr>
        <w:t xml:space="preserve">Katılım ücretinin en geç 25 Mayıs 2026 </w:t>
      </w:r>
      <w:proofErr w:type="spellStart"/>
      <w:r w:rsidRPr="008F158C">
        <w:rPr>
          <w:sz w:val="20"/>
          <w:szCs w:val="20"/>
        </w:rPr>
        <w:t>Pazartesi</w:t>
      </w:r>
      <w:proofErr w:type="spellEnd"/>
      <w:r w:rsidRPr="008F158C">
        <w:rPr>
          <w:sz w:val="20"/>
          <w:szCs w:val="20"/>
        </w:rPr>
        <w:t xml:space="preserve"> </w:t>
      </w:r>
      <w:proofErr w:type="spellStart"/>
      <w:r w:rsidRPr="008F158C">
        <w:rPr>
          <w:sz w:val="20"/>
          <w:szCs w:val="20"/>
        </w:rPr>
        <w:t>saat</w:t>
      </w:r>
      <w:proofErr w:type="spellEnd"/>
      <w:r w:rsidRPr="008F158C">
        <w:rPr>
          <w:sz w:val="20"/>
          <w:szCs w:val="20"/>
        </w:rPr>
        <w:t xml:space="preserve"> 17:00’ye </w:t>
      </w:r>
      <w:proofErr w:type="spellStart"/>
      <w:r w:rsidRPr="008F158C">
        <w:rPr>
          <w:sz w:val="20"/>
          <w:szCs w:val="20"/>
        </w:rPr>
        <w:t>kadar</w:t>
      </w:r>
      <w:proofErr w:type="spellEnd"/>
      <w:r w:rsidRPr="008F158C">
        <w:rPr>
          <w:sz w:val="20"/>
          <w:szCs w:val="20"/>
        </w:rPr>
        <w:t xml:space="preserve"> </w:t>
      </w:r>
      <w:proofErr w:type="spellStart"/>
      <w:r w:rsidRPr="008F158C">
        <w:rPr>
          <w:sz w:val="20"/>
          <w:szCs w:val="20"/>
        </w:rPr>
        <w:t>yatırılması</w:t>
      </w:r>
      <w:proofErr w:type="spellEnd"/>
      <w:r w:rsidRPr="008F158C">
        <w:rPr>
          <w:sz w:val="20"/>
          <w:szCs w:val="20"/>
        </w:rPr>
        <w:t xml:space="preserve"> </w:t>
      </w:r>
      <w:proofErr w:type="spellStart"/>
      <w:r w:rsidRPr="008F158C">
        <w:rPr>
          <w:sz w:val="20"/>
          <w:szCs w:val="20"/>
        </w:rPr>
        <w:t>gerekmektedir</w:t>
      </w:r>
      <w:proofErr w:type="spellEnd"/>
      <w:r w:rsidRPr="008F158C">
        <w:rPr>
          <w:sz w:val="20"/>
          <w:szCs w:val="20"/>
        </w:rPr>
        <w:t>.</w:t>
      </w:r>
    </w:p>
    <w:p w14:paraId="418A4066" w14:textId="54349018" w:rsidR="000C002E" w:rsidRPr="008F158C" w:rsidRDefault="000C002E" w:rsidP="000C002E">
      <w:pPr>
        <w:pStyle w:val="Heading1"/>
        <w:rPr>
          <w:sz w:val="24"/>
          <w:szCs w:val="24"/>
        </w:rPr>
      </w:pPr>
      <w:r>
        <w:t xml:space="preserve"> </w:t>
      </w:r>
      <w:proofErr w:type="spellStart"/>
      <w:r w:rsidRPr="008F158C">
        <w:rPr>
          <w:sz w:val="24"/>
          <w:szCs w:val="24"/>
        </w:rPr>
        <w:t>İletişim</w:t>
      </w:r>
      <w:proofErr w:type="spellEnd"/>
    </w:p>
    <w:p w14:paraId="5953EBB7" w14:textId="1FAE3853" w:rsidR="000C002E" w:rsidRPr="008F158C" w:rsidRDefault="000C002E" w:rsidP="000C002E">
      <w:pPr>
        <w:rPr>
          <w:sz w:val="20"/>
          <w:szCs w:val="20"/>
        </w:rPr>
      </w:pPr>
      <w:r w:rsidRPr="008F158C">
        <w:rPr>
          <w:sz w:val="20"/>
          <w:szCs w:val="20"/>
        </w:rPr>
        <w:t xml:space="preserve">Fulya </w:t>
      </w:r>
      <w:proofErr w:type="gramStart"/>
      <w:r w:rsidRPr="008F158C">
        <w:rPr>
          <w:sz w:val="20"/>
          <w:szCs w:val="20"/>
        </w:rPr>
        <w:t>Diker :</w:t>
      </w:r>
      <w:proofErr w:type="gramEnd"/>
      <w:r w:rsidRPr="008F158C">
        <w:rPr>
          <w:sz w:val="20"/>
          <w:szCs w:val="20"/>
        </w:rPr>
        <w:t xml:space="preserve"> 0533 719 65 86</w:t>
      </w:r>
    </w:p>
    <w:p w14:paraId="79B39E51" w14:textId="279BA21D" w:rsidR="000C002E" w:rsidRPr="008F158C" w:rsidRDefault="000C002E" w:rsidP="000C002E">
      <w:pPr>
        <w:rPr>
          <w:sz w:val="20"/>
          <w:szCs w:val="20"/>
        </w:rPr>
      </w:pPr>
      <w:proofErr w:type="spellStart"/>
      <w:r w:rsidRPr="008F158C">
        <w:rPr>
          <w:sz w:val="20"/>
          <w:szCs w:val="20"/>
        </w:rPr>
        <w:t>Ferit</w:t>
      </w:r>
      <w:proofErr w:type="spellEnd"/>
      <w:r w:rsidRPr="008F158C">
        <w:rPr>
          <w:sz w:val="20"/>
          <w:szCs w:val="20"/>
        </w:rPr>
        <w:t xml:space="preserve"> </w:t>
      </w:r>
      <w:proofErr w:type="gramStart"/>
      <w:r w:rsidRPr="008F158C">
        <w:rPr>
          <w:sz w:val="20"/>
          <w:szCs w:val="20"/>
        </w:rPr>
        <w:t>Atabey :</w:t>
      </w:r>
      <w:proofErr w:type="gramEnd"/>
      <w:r w:rsidRPr="008F158C">
        <w:rPr>
          <w:sz w:val="20"/>
          <w:szCs w:val="20"/>
        </w:rPr>
        <w:t xml:space="preserve"> 0532 647 01 21</w:t>
      </w:r>
    </w:p>
    <w:p w14:paraId="18A6FB98" w14:textId="590EAD84" w:rsidR="000C002E" w:rsidRDefault="000C002E" w:rsidP="000C002E"/>
    <w:p w14:paraId="23237CBE" w14:textId="25F85B39" w:rsidR="000C002E" w:rsidRPr="008F158C" w:rsidRDefault="000C002E" w:rsidP="000C002E">
      <w:pPr>
        <w:rPr>
          <w:sz w:val="20"/>
          <w:szCs w:val="20"/>
        </w:rPr>
      </w:pPr>
      <w:r w:rsidRPr="008F158C">
        <w:rPr>
          <w:sz w:val="20"/>
          <w:szCs w:val="20"/>
        </w:rPr>
        <w:t xml:space="preserve">Not: </w:t>
      </w:r>
      <w:proofErr w:type="spellStart"/>
      <w:r w:rsidRPr="008F158C">
        <w:rPr>
          <w:sz w:val="20"/>
          <w:szCs w:val="20"/>
        </w:rPr>
        <w:t>Otel</w:t>
      </w:r>
      <w:proofErr w:type="spellEnd"/>
      <w:r w:rsidRPr="008F158C">
        <w:rPr>
          <w:sz w:val="20"/>
          <w:szCs w:val="20"/>
        </w:rPr>
        <w:t xml:space="preserve"> </w:t>
      </w:r>
      <w:proofErr w:type="spellStart"/>
      <w:r w:rsidRPr="008F158C">
        <w:rPr>
          <w:sz w:val="20"/>
          <w:szCs w:val="20"/>
        </w:rPr>
        <w:t>bilgileri</w:t>
      </w:r>
      <w:proofErr w:type="spellEnd"/>
      <w:r w:rsidRPr="008F158C">
        <w:rPr>
          <w:sz w:val="20"/>
          <w:szCs w:val="20"/>
        </w:rPr>
        <w:t xml:space="preserve"> </w:t>
      </w:r>
      <w:proofErr w:type="spellStart"/>
      <w:r w:rsidRPr="008F158C">
        <w:rPr>
          <w:sz w:val="20"/>
          <w:szCs w:val="20"/>
        </w:rPr>
        <w:t>en</w:t>
      </w:r>
      <w:proofErr w:type="spellEnd"/>
      <w:r w:rsidRPr="008F158C">
        <w:rPr>
          <w:sz w:val="20"/>
          <w:szCs w:val="20"/>
        </w:rPr>
        <w:t xml:space="preserve"> </w:t>
      </w:r>
      <w:proofErr w:type="spellStart"/>
      <w:r w:rsidRPr="008F158C">
        <w:rPr>
          <w:sz w:val="20"/>
          <w:szCs w:val="20"/>
        </w:rPr>
        <w:t>kısa</w:t>
      </w:r>
      <w:proofErr w:type="spellEnd"/>
      <w:r w:rsidRPr="008F158C">
        <w:rPr>
          <w:sz w:val="20"/>
          <w:szCs w:val="20"/>
        </w:rPr>
        <w:t xml:space="preserve"> </w:t>
      </w:r>
      <w:proofErr w:type="spellStart"/>
      <w:r w:rsidRPr="008F158C">
        <w:rPr>
          <w:sz w:val="20"/>
          <w:szCs w:val="20"/>
        </w:rPr>
        <w:t>zamanda</w:t>
      </w:r>
      <w:proofErr w:type="spellEnd"/>
      <w:r w:rsidRPr="008F158C">
        <w:rPr>
          <w:sz w:val="20"/>
          <w:szCs w:val="20"/>
        </w:rPr>
        <w:t xml:space="preserve"> </w:t>
      </w:r>
      <w:proofErr w:type="spellStart"/>
      <w:r w:rsidRPr="008F158C">
        <w:rPr>
          <w:sz w:val="20"/>
          <w:szCs w:val="20"/>
        </w:rPr>
        <w:t>paylaşılacaktır</w:t>
      </w:r>
      <w:proofErr w:type="spellEnd"/>
      <w:r w:rsidRPr="008F158C">
        <w:rPr>
          <w:sz w:val="20"/>
          <w:szCs w:val="20"/>
        </w:rPr>
        <w:t>.</w:t>
      </w:r>
    </w:p>
    <w:p w14:paraId="04D14961" w14:textId="7922A7BF" w:rsidR="000C002E" w:rsidRDefault="000C002E" w:rsidP="000C002E"/>
    <w:sectPr w:rsidR="000C002E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3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C002E"/>
    <w:rsid w:val="0015074B"/>
    <w:rsid w:val="0021777C"/>
    <w:rsid w:val="0029639D"/>
    <w:rsid w:val="00326F90"/>
    <w:rsid w:val="004855EF"/>
    <w:rsid w:val="0062299F"/>
    <w:rsid w:val="007213F5"/>
    <w:rsid w:val="007233D9"/>
    <w:rsid w:val="008F158C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E07494C"/>
  <w14:defaultImageDpi w14:val="300"/>
  <w15:docId w15:val="{94591384-1EFF-44AB-8285-E92EF7576E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216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1448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fulya diker</cp:lastModifiedBy>
  <cp:revision>6</cp:revision>
  <dcterms:created xsi:type="dcterms:W3CDTF">2026-03-29T17:40:00Z</dcterms:created>
  <dcterms:modified xsi:type="dcterms:W3CDTF">2026-04-02T18:02:00Z</dcterms:modified>
  <cp:category/>
</cp:coreProperties>
</file>